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של רוח ספורטיבית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להבדיל בין התנהגות הוגנת להתנהגות לא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לחברים, ליריבים ולשופט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מיינו: ספורטיבי או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ספורטיבי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פוגע בחבר ולא מכבד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עידוד הוא דבר יפה וחיובי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דחיפה יכולה לפגוע וזה לא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ספורטיבי)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התנהגות הוגנת כמו עזרה, עידוד או לחיצת 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התנהגות חיובית כמו עידוד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התנהגות שלילית כמו צעקות או דחיפה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שזה מראה 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קצר כדי להמחיש התנהגויות ספורטיביות ולא ספורטיביות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הסמלים/אימוג'ים בקול רם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המסר שגם בהפסד אפשר להתנהג יפה ובכבוד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כדורגל חשוב לשחק יחד בכבוד - גם כשמנצחים וגם כשמפסידים. בדף הזה נלמד להכיר התנהגויות ספורטיביות ולא ספורטיביות.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כבוד  ·  יד  ·  עוזרים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מיינו: ספורטיבי או לא 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מוסרים את הכדור לחבר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לוחצים יד אחרי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עוזרים לחבר שנפל על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לצחוק על מי שפספס גול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לעודד את הקבוצה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לדחוף שחקן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המשחק לוחצים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כשחבר נופל,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כשחבר כובש גול אומרים לו כל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התנהגות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מוסרים לחבר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דוחפים שחקן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עוזרים למי שנפל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צועקים על השופט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ספורטיבי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פעם שראיתם מישהו מתנהג בצורה ספורטיבית במשחק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לא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רוח ספורטיבית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