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של רוח ספורטיבית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התנהגות הוגנת להתנהגות 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לחברים, ליריבים ולשופט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ספורטיבי או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פוגע בחבר ולא מכבד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עידוד הוא דבר יפה וחיובי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דחיפה יכולה לפגוע וזה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סבלנות וכבוד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מילה טובה שמעודדת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כולם צריכים הזדמנות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התנהגות הוגנת כמו עזרה, עידוד או לחיצת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משפט מעודד וחיובי כמו 'שיחקת יפה' או 'ננצח בפעם הבאה'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חיובית כמו עידוד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התנהגות שלילית כמו צעקות או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שזה מראה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כדי להמחיש התנהגויות ספורטיביות ולא ספורטיביות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הסמלים/אימוג'ים בקול רם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המסר שגם בהפסד אפשר להתנהג יפה ובכבוד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בכדורגל צריך לשחק יפה. צריך לכבד חברים ושופטים. נלמד מה טוב לעשות ומה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רוּחַ סְפּוֹרְטִיבִית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יפה ולכבד את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יָרִיב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מהקבוצה השנייה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שקובע מה מותר ומה אסור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לְעוֹדֵד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לצעוק ולתמוך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לְכַבֵּד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הוֹגֵן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החוקים, בלי רמאות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מיינו: ספורטיבי או לא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נותנים כדור לחבר - טוב או לא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המשחק לוחצים יד -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צועקים על השופט - זה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עוזרים למי שנפל -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בורחים עם הכדור - זה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משעשע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תופסים כדור ביד - מותר?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לצחוק על מי שפספס גול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הקבוצה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לדחוף שחקן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בתור לשחק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'כל הכבוד' לחבר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לתת לאף אחד לשחק זה ספורטיבי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המשחק לוחצים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 נופל, __________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כשחבר כובש גול אומרים לו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רוח __________ היא לשחק הוגן ולכבד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ל__________ על מי שפספס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מוסרים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דוחפים שחקן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עוזרים למי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לוחצים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צוחקים על מי שפספס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שראיתם מישהו מתנהג בצורה ספורטיבית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תגידו לחבר שהפסיד במשחק כדי לעודד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ללחוץ יד בסוף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