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רוח ספורטיבית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התנהגויות של רוח ספורטיבית במשחק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להבדיל בין התנהגות הוגנת להתנהגות לא הוגנת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כבוד לחברים, ליריבים ולשופט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מיינו: ספורטיבי או לא ספורטיבי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ספורטיבי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ספורטיבי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לא ספורטיבי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ספורטיבי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 ספורטיבי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לא הוגן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פוגע בחבר ולא מכבד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עידוד הוא דבר יפה וחיובי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דחיפה יכולה לפגוע וזה לא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מראה סבלנות וכבוד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מילה טובה שמעודדת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כולם צריכים הזדמנות לשחק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עוזרים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התנהגות לקבוצה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(לא 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(לא 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(לא ספורטיבי)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הייתם עושים?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מתאר התנהגות הוגנת כמו עזרה, עידוד או לחיצת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משפט מעודד וחיובי כמו 'שיחקת יפה' או 'ננצח בפעם הבאה'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התנהגות חיובית כמו עידוד או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התנהגות שלילית כמו צעקות או דחיפה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שזה מראה כבוד ליריב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משחק תפקידים קצר כדי להמחיש התנהגויות ספורטיביות ולא ספורטיביות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הסמלים/אימוג'ים בקול רם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המסר שגם בהפסד אפשר להתנהג יפה ובכבוד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רוח ספורטיבית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כדורגל חשוב לשחק יחד בכבוד - גם כשמנצחים וגם כשמפסידים. בדף הזה נלמד להכיר התנהגויות ספורטיביות ולא ספורטיביות.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מיינו: ספורטיבי או לא ספורטיבי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מוסרים את הכדור לחבר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לוחצים יד אחרי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צועקים על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חשוב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עוזרים לחבר שנפל על המגרש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לוקחים את הכדור ובורחים עם כדור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משעשע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שחקן תופס את הכדור ביד (לא שוער)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לצחוק על מי שפספס גול זה ספורטיבי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לעודד את הקבוצה זה ספורטיבי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לדחוף שחקן זה ספורטיבי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לחכות בתור לשחק זה ספורטיבי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'כל הכבוד' לחבר זה ספורטיבי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לתת לאף אחד לשחק זה ספורטיבי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המשחק לוחצים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כשחבר נופל, __________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כשחבר כובש גול אומרים לו כל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רוח __________ היא לשחק הוגן ולכבד את 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אסור ל__________ על מי שפספס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התנהגות לקבוצה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מוסרים לחבר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דוחפים שחקן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עוזרים למי שנפל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צועקים על השופט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לוחצים 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צוחקים על מי שפספס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לא ספורטיבי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הייתם עושים?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פעם שראיתם מישהו מתנהג בצורה ספורטיבית במשחק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תגידו לחבר שהפסיד במשחק כדי לעודד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ספורטיבית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לא ספורטיבית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ללחוץ יד בסוף המשחק?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רוח ספורטיבית בכדורגל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